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63DD" w14:textId="77777777" w:rsidR="00736EE2" w:rsidRDefault="00A33E64">
      <w:pPr>
        <w:pStyle w:val="Heading1"/>
      </w:pPr>
      <w:r w:rsidRPr="00736EE2">
        <w:rPr>
          <w:rStyle w:val="TitleChar"/>
        </w:rPr>
        <w:t>Cambridge Technicals in Digital Medi</w:t>
      </w:r>
      <w:r w:rsidR="00934202" w:rsidRPr="00736EE2">
        <w:rPr>
          <w:rStyle w:val="TitleChar"/>
        </w:rPr>
        <w:t>a</w:t>
      </w:r>
      <w:r>
        <w:br/>
      </w:r>
    </w:p>
    <w:p w14:paraId="23E2D2A7" w14:textId="6CA20D5D" w:rsidR="006544B6" w:rsidRDefault="00A33E64">
      <w:pPr>
        <w:pStyle w:val="Heading2"/>
      </w:pPr>
      <w:r>
        <w:t xml:space="preserve">Task 1 – </w:t>
      </w:r>
      <w:r w:rsidR="00AB24B6">
        <w:t xml:space="preserve">Do </w:t>
      </w:r>
      <w:r w:rsidR="00D378EB">
        <w:t>Now</w:t>
      </w:r>
      <w:r>
        <w:t xml:space="preserve"> (5 minutes)</w:t>
      </w:r>
    </w:p>
    <w:p w14:paraId="4FB81274" w14:textId="15E27B67" w:rsidR="006544B6" w:rsidRDefault="00A33E64">
      <w:r>
        <w:t>Look at three different types of media</w:t>
      </w:r>
      <w:r w:rsidR="00743FB8">
        <w:t xml:space="preserve"> that feature and image of a female</w:t>
      </w:r>
      <w:r>
        <w:t xml:space="preserve"> (for example, a magazine cover, a film poster and an Instagram advertisement).</w:t>
      </w:r>
      <w:r>
        <w:br/>
      </w:r>
      <w:r>
        <w:br/>
        <w:t>For each image, answer:</w:t>
      </w:r>
      <w:r>
        <w:br/>
        <w:t>1. What is the first thing you notice?</w:t>
      </w:r>
      <w:r>
        <w:br/>
      </w:r>
      <w:r>
        <w:t>2. How is the woman presented?</w:t>
      </w:r>
      <w:r>
        <w:br/>
        <w:t>3. What message do you think the audience is supposed to receive?</w:t>
      </w:r>
    </w:p>
    <w:p w14:paraId="63A8D869" w14:textId="259E1907" w:rsidR="006544B6" w:rsidRDefault="00A33E64">
      <w:pPr>
        <w:pStyle w:val="Heading2"/>
      </w:pPr>
      <w:r>
        <w:t xml:space="preserve">Task 2 – Media Language Analysis </w:t>
      </w:r>
    </w:p>
    <w:p w14:paraId="5F83200A" w14:textId="57EB9D3B" w:rsidR="006544B6" w:rsidRDefault="00A33E64">
      <w:r>
        <w:t>Choose one of the images</w:t>
      </w:r>
      <w:r w:rsidR="008A1000">
        <w:t xml:space="preserve"> for the task above</w:t>
      </w:r>
      <w:r>
        <w:t xml:space="preserve"> and complete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8"/>
        <w:gridCol w:w="2876"/>
        <w:gridCol w:w="2876"/>
      </w:tblGrid>
      <w:tr w:rsidR="006544B6" w14:paraId="6FDDDD5C" w14:textId="77777777">
        <w:tc>
          <w:tcPr>
            <w:tcW w:w="2880" w:type="dxa"/>
          </w:tcPr>
          <w:p w14:paraId="44710F0D" w14:textId="77777777" w:rsidR="006544B6" w:rsidRDefault="00A33E64">
            <w:r>
              <w:t>Feature</w:t>
            </w:r>
          </w:p>
        </w:tc>
        <w:tc>
          <w:tcPr>
            <w:tcW w:w="2880" w:type="dxa"/>
          </w:tcPr>
          <w:p w14:paraId="405B4362" w14:textId="77777777" w:rsidR="006544B6" w:rsidRDefault="00A33E64">
            <w:r>
              <w:t>Evidence</w:t>
            </w:r>
          </w:p>
        </w:tc>
        <w:tc>
          <w:tcPr>
            <w:tcW w:w="2880" w:type="dxa"/>
          </w:tcPr>
          <w:p w14:paraId="0834E264" w14:textId="77777777" w:rsidR="006544B6" w:rsidRDefault="00A33E64">
            <w:r>
              <w:t>Effect on Audience</w:t>
            </w:r>
          </w:p>
        </w:tc>
      </w:tr>
      <w:tr w:rsidR="006544B6" w14:paraId="5199EF13" w14:textId="77777777">
        <w:tc>
          <w:tcPr>
            <w:tcW w:w="2880" w:type="dxa"/>
          </w:tcPr>
          <w:p w14:paraId="2D81F3C1" w14:textId="77777777" w:rsidR="006544B6" w:rsidRDefault="00A33E64">
            <w:r>
              <w:t>Clothing/Costume</w:t>
            </w:r>
          </w:p>
        </w:tc>
        <w:tc>
          <w:tcPr>
            <w:tcW w:w="2880" w:type="dxa"/>
          </w:tcPr>
          <w:p w14:paraId="6D710B27" w14:textId="77777777" w:rsidR="006544B6" w:rsidRDefault="006544B6"/>
        </w:tc>
        <w:tc>
          <w:tcPr>
            <w:tcW w:w="2880" w:type="dxa"/>
          </w:tcPr>
          <w:p w14:paraId="24C5C16B" w14:textId="77777777" w:rsidR="006544B6" w:rsidRDefault="006544B6"/>
        </w:tc>
      </w:tr>
      <w:tr w:rsidR="006544B6" w14:paraId="5735885E" w14:textId="77777777">
        <w:tc>
          <w:tcPr>
            <w:tcW w:w="2880" w:type="dxa"/>
          </w:tcPr>
          <w:p w14:paraId="19759781" w14:textId="77777777" w:rsidR="006544B6" w:rsidRDefault="00A33E64">
            <w:r>
              <w:t>Facial Expression</w:t>
            </w:r>
          </w:p>
        </w:tc>
        <w:tc>
          <w:tcPr>
            <w:tcW w:w="2880" w:type="dxa"/>
          </w:tcPr>
          <w:p w14:paraId="4F41DD0B" w14:textId="77777777" w:rsidR="006544B6" w:rsidRDefault="006544B6"/>
        </w:tc>
        <w:tc>
          <w:tcPr>
            <w:tcW w:w="2880" w:type="dxa"/>
          </w:tcPr>
          <w:p w14:paraId="2CC9DD24" w14:textId="77777777" w:rsidR="006544B6" w:rsidRDefault="006544B6"/>
        </w:tc>
      </w:tr>
      <w:tr w:rsidR="006544B6" w14:paraId="7F5CDEC4" w14:textId="77777777">
        <w:tc>
          <w:tcPr>
            <w:tcW w:w="2880" w:type="dxa"/>
          </w:tcPr>
          <w:p w14:paraId="3BBD5344" w14:textId="77777777" w:rsidR="006544B6" w:rsidRDefault="00A33E64">
            <w:r>
              <w:t>Camera Angle</w:t>
            </w:r>
          </w:p>
        </w:tc>
        <w:tc>
          <w:tcPr>
            <w:tcW w:w="2880" w:type="dxa"/>
          </w:tcPr>
          <w:p w14:paraId="69303EBA" w14:textId="77777777" w:rsidR="006544B6" w:rsidRDefault="006544B6"/>
        </w:tc>
        <w:tc>
          <w:tcPr>
            <w:tcW w:w="2880" w:type="dxa"/>
          </w:tcPr>
          <w:p w14:paraId="7AE35C67" w14:textId="77777777" w:rsidR="006544B6" w:rsidRDefault="006544B6"/>
        </w:tc>
      </w:tr>
      <w:tr w:rsidR="006544B6" w14:paraId="2AD6A419" w14:textId="77777777">
        <w:tc>
          <w:tcPr>
            <w:tcW w:w="2880" w:type="dxa"/>
          </w:tcPr>
          <w:p w14:paraId="28DAEF14" w14:textId="77777777" w:rsidR="006544B6" w:rsidRDefault="00A33E64">
            <w:r>
              <w:t>Colour</w:t>
            </w:r>
          </w:p>
        </w:tc>
        <w:tc>
          <w:tcPr>
            <w:tcW w:w="2880" w:type="dxa"/>
          </w:tcPr>
          <w:p w14:paraId="72129F10" w14:textId="77777777" w:rsidR="006544B6" w:rsidRDefault="006544B6"/>
        </w:tc>
        <w:tc>
          <w:tcPr>
            <w:tcW w:w="2880" w:type="dxa"/>
          </w:tcPr>
          <w:p w14:paraId="4F6D2FFC" w14:textId="77777777" w:rsidR="006544B6" w:rsidRDefault="006544B6"/>
        </w:tc>
      </w:tr>
      <w:tr w:rsidR="006544B6" w14:paraId="41682C02" w14:textId="77777777">
        <w:tc>
          <w:tcPr>
            <w:tcW w:w="2880" w:type="dxa"/>
          </w:tcPr>
          <w:p w14:paraId="07622CDA" w14:textId="77777777" w:rsidR="006544B6" w:rsidRDefault="00A33E64">
            <w:r>
              <w:t>Body Language</w:t>
            </w:r>
          </w:p>
        </w:tc>
        <w:tc>
          <w:tcPr>
            <w:tcW w:w="2880" w:type="dxa"/>
          </w:tcPr>
          <w:p w14:paraId="5C5F4B89" w14:textId="77777777" w:rsidR="006544B6" w:rsidRDefault="006544B6"/>
        </w:tc>
        <w:tc>
          <w:tcPr>
            <w:tcW w:w="2880" w:type="dxa"/>
          </w:tcPr>
          <w:p w14:paraId="4EE1A448" w14:textId="77777777" w:rsidR="006544B6" w:rsidRDefault="006544B6"/>
        </w:tc>
      </w:tr>
      <w:tr w:rsidR="006544B6" w14:paraId="37CB03D8" w14:textId="77777777">
        <w:tc>
          <w:tcPr>
            <w:tcW w:w="2880" w:type="dxa"/>
          </w:tcPr>
          <w:p w14:paraId="546D1800" w14:textId="77777777" w:rsidR="006544B6" w:rsidRDefault="00A33E64">
            <w:r>
              <w:t>Text/Slogan</w:t>
            </w:r>
          </w:p>
        </w:tc>
        <w:tc>
          <w:tcPr>
            <w:tcW w:w="2880" w:type="dxa"/>
          </w:tcPr>
          <w:p w14:paraId="783E9894" w14:textId="77777777" w:rsidR="006544B6" w:rsidRDefault="006544B6"/>
        </w:tc>
        <w:tc>
          <w:tcPr>
            <w:tcW w:w="2880" w:type="dxa"/>
          </w:tcPr>
          <w:p w14:paraId="14706B24" w14:textId="77777777" w:rsidR="006544B6" w:rsidRDefault="006544B6"/>
        </w:tc>
      </w:tr>
    </w:tbl>
    <w:p w14:paraId="025F3F0D" w14:textId="77777777" w:rsidR="006544B6" w:rsidRDefault="00A33E64">
      <w:r>
        <w:t>Challenge: Explain how these choices reinforce or challenge stereotypes.</w:t>
      </w:r>
    </w:p>
    <w:p w14:paraId="1B029770" w14:textId="029F7B28" w:rsidR="006544B6" w:rsidRDefault="00A33E64">
      <w:pPr>
        <w:pStyle w:val="Heading2"/>
      </w:pPr>
      <w:r>
        <w:t>Task 3 – Representation</w:t>
      </w:r>
    </w:p>
    <w:p w14:paraId="4D7862A1" w14:textId="77777777" w:rsidR="006544B6" w:rsidRDefault="00A33E64">
      <w:r>
        <w:t>Read each statement and decide whether you Agree, Disagree or Partly Agree. Give a reason for your answer.</w:t>
      </w:r>
    </w:p>
    <w:p w14:paraId="1E6C9B26" w14:textId="77777777" w:rsidR="006544B6" w:rsidRDefault="00A33E64">
      <w:pPr>
        <w:pStyle w:val="ListBullet"/>
      </w:pPr>
      <w:r>
        <w:t>Women are often judged more by appearance than men in the media.</w:t>
      </w:r>
    </w:p>
    <w:p w14:paraId="4788C06B" w14:textId="77777777" w:rsidR="006544B6" w:rsidRDefault="00A33E64">
      <w:pPr>
        <w:pStyle w:val="ListBullet"/>
      </w:pPr>
      <w:r>
        <w:t>Social media has improved the representation of women.</w:t>
      </w:r>
    </w:p>
    <w:p w14:paraId="644AAAE0" w14:textId="77777777" w:rsidR="006544B6" w:rsidRDefault="00A33E64">
      <w:pPr>
        <w:pStyle w:val="ListBullet"/>
      </w:pPr>
      <w:r>
        <w:t>Advertising encourages unrealistic beauty standards.</w:t>
      </w:r>
    </w:p>
    <w:p w14:paraId="1F8A43B2" w14:textId="77777777" w:rsidR="006544B6" w:rsidRDefault="00A33E64">
      <w:pPr>
        <w:pStyle w:val="ListBullet"/>
      </w:pPr>
      <w:r>
        <w:t>Female characters are becoming more diverse in modern media.</w:t>
      </w:r>
    </w:p>
    <w:p w14:paraId="1653C1DB" w14:textId="77777777" w:rsidR="006544B6" w:rsidRDefault="00A33E64">
      <w:pPr>
        <w:pStyle w:val="Heading2"/>
      </w:pPr>
      <w:r>
        <w:t>Task 4 – Creative Challenge (5 minutes)</w:t>
      </w:r>
    </w:p>
    <w:p w14:paraId="2640BF42" w14:textId="77777777" w:rsidR="006544B6" w:rsidRDefault="00A33E64">
      <w:r>
        <w:t>Imagine you are creating a campaign that promotes positive and realistic representations of women.</w:t>
      </w:r>
      <w:r>
        <w:br/>
      </w:r>
      <w:r>
        <w:br/>
        <w:t>Create:</w:t>
      </w:r>
      <w:r>
        <w:br/>
        <w:t>- A campaign title.</w:t>
      </w:r>
      <w:r>
        <w:br/>
      </w:r>
      <w:r>
        <w:t>- A slogan.</w:t>
      </w:r>
      <w:r>
        <w:br/>
      </w:r>
      <w:r>
        <w:lastRenderedPageBreak/>
        <w:t>- Three key features your advert would include.</w:t>
      </w:r>
      <w:r>
        <w:br/>
        <w:t>- Explain why these choices would appeal to your target audience.</w:t>
      </w:r>
    </w:p>
    <w:p w14:paraId="1CF61282" w14:textId="59B3E87E" w:rsidR="006544B6" w:rsidRDefault="00386240">
      <w:pPr>
        <w:pStyle w:val="Heading2"/>
      </w:pPr>
      <w:r>
        <w:t>Task 5</w:t>
      </w:r>
    </w:p>
    <w:p w14:paraId="2730BC4D" w14:textId="77777777" w:rsidR="006544B6" w:rsidRDefault="00A33E64">
      <w:r>
        <w:t>Research one recent media campaign that has challenged stereotypes about women (e.g. Dove's Real Beauty or Nike's women's sports campaigns).</w:t>
      </w:r>
      <w:r>
        <w:br/>
        <w:t>Write a short paragraph explaining:</w:t>
      </w:r>
      <w:r>
        <w:br/>
        <w:t>- What stereotypes it challenges.</w:t>
      </w:r>
      <w:r>
        <w:br/>
        <w:t>- Whether you think it is effective.</w:t>
      </w:r>
      <w:r>
        <w:br/>
        <w:t>- Why audiences might respond positively to it.</w:t>
      </w:r>
    </w:p>
    <w:sectPr w:rsidR="006544B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8604617">
    <w:abstractNumId w:val="8"/>
  </w:num>
  <w:num w:numId="2" w16cid:durableId="350837858">
    <w:abstractNumId w:val="6"/>
  </w:num>
  <w:num w:numId="3" w16cid:durableId="1364747724">
    <w:abstractNumId w:val="5"/>
  </w:num>
  <w:num w:numId="4" w16cid:durableId="877472756">
    <w:abstractNumId w:val="4"/>
  </w:num>
  <w:num w:numId="5" w16cid:durableId="919680255">
    <w:abstractNumId w:val="7"/>
  </w:num>
  <w:num w:numId="6" w16cid:durableId="1526598199">
    <w:abstractNumId w:val="3"/>
  </w:num>
  <w:num w:numId="7" w16cid:durableId="1509175922">
    <w:abstractNumId w:val="2"/>
  </w:num>
  <w:num w:numId="8" w16cid:durableId="130753677">
    <w:abstractNumId w:val="1"/>
  </w:num>
  <w:num w:numId="9" w16cid:durableId="1932002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0EEE"/>
    <w:rsid w:val="00261BA2"/>
    <w:rsid w:val="0029639D"/>
    <w:rsid w:val="00326F90"/>
    <w:rsid w:val="00386240"/>
    <w:rsid w:val="004D54BD"/>
    <w:rsid w:val="006544B6"/>
    <w:rsid w:val="00736EE2"/>
    <w:rsid w:val="00743FB8"/>
    <w:rsid w:val="008A1000"/>
    <w:rsid w:val="009162BC"/>
    <w:rsid w:val="00934202"/>
    <w:rsid w:val="00983260"/>
    <w:rsid w:val="00A33E64"/>
    <w:rsid w:val="00AA1D8D"/>
    <w:rsid w:val="00AB24B6"/>
    <w:rsid w:val="00B47730"/>
    <w:rsid w:val="00CB0664"/>
    <w:rsid w:val="00CF734A"/>
    <w:rsid w:val="00D378EB"/>
    <w:rsid w:val="00DC6D8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61BB9B"/>
  <w14:defaultImageDpi w14:val="300"/>
  <w15:docId w15:val="{42AD1C11-5712-DF4E-B965-E53E1DCE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Miss P Colbourne (Staff) [CHE]</cp:lastModifiedBy>
  <cp:revision>2</cp:revision>
  <dcterms:created xsi:type="dcterms:W3CDTF">2026-06-26T12:41:00Z</dcterms:created>
  <dcterms:modified xsi:type="dcterms:W3CDTF">2026-06-26T12:41:00Z</dcterms:modified>
  <cp:category/>
</cp:coreProperties>
</file>